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רושם ראשון, שפת גוף וקול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שיוצרות רושם ראשון טוב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שפת גוף מתאימה ולא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קול ודיבור ברורים וללא מילות 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להניח בתיק כבוי או על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קשר עין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להניח רגוע על השולחן או הברכיים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מראה הקשבה ועניין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נחשב לא מתאים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מראה שמקשיבים לדובר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להתאים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(לא 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(מומלץ)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 בכניסה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לדפוק בדלת או לחכות להזמנה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לחייך ולומר שלום ולהציג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לחכות שיציעו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לשבת בישיבה זקופה ונינוחה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להפסיק לשחק בשיער, לשבת זקוף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 קשר עין, ישיבה זקופה, חיוך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הימנעות ממילות מילוי, דיבור מהיר מדי או קול מונוטוני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שקט קצר נותן זמן לחשוב ולענות בצורה מסודרת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התרגיל המהיר בכיתה בזוגות עם צפייה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תפקידים קצר של כניסה לראיון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עולים כדאי להדגים את הפעלים בניקוד בעזרת תנועות גוף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רושם ראשון, שפת גוף וקול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הרושם הראשון נוצר כבר ברגעים הראשונים של הראיון, עוד לפני שאומרים הרבה מילים. בדף הזה נתרגל שפת גוף, קול ודיבור שיעזרו ליצור רושם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ראשון  ·  מילוי  ·  יציעו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כדאי לעשות עם הטלפון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להשאיר אותו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להניח בתיק כבוי או על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להניח על השולחן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קשר עין מומלץ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מבט נעוץ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קשר עין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להסתכל רק ברצפה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עדיף לעשות עם הידיים?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לשלב אותן לאורך כל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להניח רגוע על השולחן או הברכיים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לשחק בשיער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לשבת זקוף עם נטייה קלה קדימה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ללעוס מסטיק בראיון זה דבר מומלץ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הנהון בזמן הקשבה הוא דבר חיובי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להתאים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קשר עין נעוץ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חיוך כשמתאים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משחק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ישיבה זקופה ונינוחה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מומלץ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הרושם ה__________ נוצר כבר ברגעים הראשונים של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כדאי לחכות ש__________ לשבת ולא לשבת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עדיף להימנע ממילות __________ כמו כאילו ואממ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הסדר הנכון בכניסה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לחייך ולומר שלום ולהציג את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לחכות שיציעו לשבת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לשבת בישיבה זקופה ונינוחה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לדפוק בדלת או לחכות להזמנה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התנהגויות שפת גוף שתרצו לשפר אצלכם לפני 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דברים שכדאי לעשות בשפת הגוף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דבר אחד שכדאי להימנע ממנו בקול או בדיבור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רושם ראשון, שפת גוף וקול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