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שיוצרות רושם ראשון טוב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מתאימה ולא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קול ודיבור ברורים וללא מילות 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להניח בתיק כבוי או על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עין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להניח רגוע על השולחן או הברכיים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מהר מדי, עם הפסקה קצרה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לדפוק בדלת או לחכות להזמנה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קול חי עם שינויים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מראה הקשבה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נחשב לא מתאים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מראה שמקשיבים לדובר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התנהגות שפחות מומלצת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שקט קצר נותן זמן לחשוב לפני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מילות מילוי מפריעות לבהירות הדיבור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להתאים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(מומלץ)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 בכניסה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לדפוק בדלת או לחכות להזמנה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 ולומר שלום ולהציג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 שיציעו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לשבת בישיבה זקופה ונינוחה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להתחיל לענות על שאלות בקול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להפסיק לשחק בשיער, לשבת זקוף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למילת מילוי אמיתית ולפתרון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קשר עין, ישיבה זקופה, חיוך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הימנעות ממילות מילוי, דיבור מהיר מדי או קול מונוטוני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שקט קצר נותן זמן לחשוב ולענות בצורה מסודרת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 המהיר בכיתה בזוגות עם צפייה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 קצר של כניסה לראיון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כדאי להדגים את הפעלים בניקוד בעזרת תנועות גוף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הרושם הראשון נוצר כבר ברגעים הראשונים של הראיון, עוד לפני שאומרים הרבה מילים. בדף הזה נתרגל שפת גוף, קול ודיבור שיעזרו ליצור רושם טוב.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כדאי לעשות עם הטלפון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אותו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להניח בתיק כבוי או על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להניח על השולחן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לשים בכיס עם צליל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קשר עין מומלץ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 נעוץ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 עין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רק ברצפה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רק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עדיף לעשות עם הידיים?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לשלב אותן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להניח רגוע על השולחן או הברכיים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להחזיק עט ולהקיש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לגבי קצב הדיבור?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מהר מאוד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מהר מדי, עם הפסקה קצרה בין 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בלי הפסקות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במשפטים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כשנכנסים לחדר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להיכנס בלי לדפוק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לדפוק בדלת או לחכות להזמנה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מיד בלי לחכות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שלום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אינטונציה מומלצת?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מונוטוני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חי עם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שקט מאוד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את כל המשפטים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לשבת זקוף עם נטייה קלה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ללעוס מסטיק בראיון זה דבר מומלץ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הנהון בזמן הקשבה הוא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להתנדנד על הכיסא עוזר ליצור רושם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שקט קצר לחשיבה עדיף על דיבור בלי 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לצמצם מילים כמו כאילו ואממ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להתאים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נעוץ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חיוך כשמתאים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ישיבה זקופה ונינוחה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 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הנהון בזמן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מומלץ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הרושם ה__________ נוצר כבר ברגעים הראשונים של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לחכות ש__________ לשבת ולא לשבת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עדיף להימנע ממילות __________ כמו כאילו ואממ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בזמן ראיון כדאי שתהיה טבעית ולא נעוצה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בכניסה לחדר כדאי לדפוק בדלת ולומר שלום עם ה__________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קול __________ ולא מונוטוני עוזר לשמור על עניין המראיין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 בכניסה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שיציעו לשבת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לשבת בישיבה זקופה ונינוחה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לדפוק בדלת או לחכות להזמנה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לענות על שאלות 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לחייך ולומר שלום ולהציג את השם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התנהגויות שפת גוף שתרצו לשפר אצלכם לפני 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מילת מילוי אחת שאתם משתמשים בה הרבה ואיך תוכלו להחליף אותה בשקט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דברים שכדאי לעשות בשפת הגוף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שכדאי להימנע ממנו בקול או בדיבור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שקט קצר לחשיבה עדיף על דיבור בלי 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רושם ראשון, שפת גוף וקול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